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9BDA" w14:textId="77777777" w:rsidR="00CB09F5" w:rsidRPr="00CD7A49" w:rsidRDefault="00CB09F5" w:rsidP="00CB09F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D7A49">
        <w:rPr>
          <w:rFonts w:ascii="Times New Roman" w:hAnsi="Times New Roman"/>
          <w:b/>
          <w:bCs/>
          <w:sz w:val="24"/>
          <w:szCs w:val="24"/>
        </w:rPr>
        <w:t>OBRAZAC SUDJELOVANJA U SAVJETOVANJU S JAVNOŠĆU</w:t>
      </w:r>
    </w:p>
    <w:p w14:paraId="0E81C56D" w14:textId="1F428305" w:rsidR="00CB09F5" w:rsidRPr="00CD7A49" w:rsidRDefault="00CB09F5" w:rsidP="00CB09F5">
      <w:pPr>
        <w:jc w:val="center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 xml:space="preserve">o Nacrtu Pravilnika o </w:t>
      </w:r>
      <w:r>
        <w:rPr>
          <w:rFonts w:ascii="Times New Roman" w:hAnsi="Times New Roman"/>
          <w:sz w:val="24"/>
          <w:szCs w:val="24"/>
        </w:rPr>
        <w:t>kućnom redu</w:t>
      </w:r>
      <w:r w:rsidRPr="00CD7A49">
        <w:rPr>
          <w:rFonts w:ascii="Times New Roman" w:hAnsi="Times New Roman"/>
          <w:sz w:val="24"/>
          <w:szCs w:val="24"/>
        </w:rPr>
        <w:t xml:space="preserve"> Osnovne škole </w:t>
      </w:r>
      <w:r>
        <w:rPr>
          <w:rFonts w:ascii="Times New Roman" w:hAnsi="Times New Roman"/>
          <w:sz w:val="24"/>
          <w:szCs w:val="24"/>
        </w:rPr>
        <w:t>Cvjetno naselje</w:t>
      </w:r>
    </w:p>
    <w:p w14:paraId="237FA829" w14:textId="77777777" w:rsidR="00CB09F5" w:rsidRPr="00CD7A49" w:rsidRDefault="00CB09F5" w:rsidP="00CB09F5">
      <w:pPr>
        <w:rPr>
          <w:rFonts w:ascii="Times New Roman" w:hAnsi="Times New Roman"/>
          <w:b/>
          <w:bCs/>
          <w:sz w:val="24"/>
          <w:szCs w:val="24"/>
        </w:rPr>
      </w:pPr>
    </w:p>
    <w:p w14:paraId="73630442" w14:textId="77777777" w:rsidR="00CB09F5" w:rsidRPr="00CD7A49" w:rsidRDefault="00CB09F5" w:rsidP="00CB09F5">
      <w:pPr>
        <w:rPr>
          <w:rFonts w:ascii="Times New Roman" w:hAnsi="Times New Roman"/>
          <w:b/>
          <w:bCs/>
          <w:sz w:val="24"/>
          <w:szCs w:val="24"/>
        </w:rPr>
      </w:pPr>
      <w:r w:rsidRPr="00CD7A49">
        <w:rPr>
          <w:rFonts w:ascii="Times New Roman" w:hAnsi="Times New Roman"/>
          <w:b/>
          <w:bCs/>
          <w:sz w:val="24"/>
          <w:szCs w:val="24"/>
        </w:rPr>
        <w:t>1. OPĆI PODACI O SAVJETOVANJU</w:t>
      </w:r>
    </w:p>
    <w:p w14:paraId="38A7503D" w14:textId="01D89A86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b/>
          <w:bCs/>
          <w:sz w:val="24"/>
          <w:szCs w:val="24"/>
        </w:rPr>
        <w:t>Naziv nacrta akta:</w:t>
      </w:r>
      <w:r w:rsidRPr="00CD7A49">
        <w:rPr>
          <w:rFonts w:ascii="Times New Roman" w:hAnsi="Times New Roman"/>
          <w:b/>
          <w:sz w:val="24"/>
          <w:szCs w:val="24"/>
        </w:rPr>
        <w:t xml:space="preserve"> </w:t>
      </w:r>
      <w:r w:rsidRPr="00CD7A49">
        <w:rPr>
          <w:rFonts w:ascii="Times New Roman" w:hAnsi="Times New Roman"/>
          <w:sz w:val="24"/>
          <w:szCs w:val="24"/>
        </w:rPr>
        <w:t xml:space="preserve">Pravilnik o </w:t>
      </w:r>
      <w:r>
        <w:rPr>
          <w:rFonts w:ascii="Times New Roman" w:hAnsi="Times New Roman"/>
          <w:sz w:val="24"/>
          <w:szCs w:val="24"/>
        </w:rPr>
        <w:t>kućnom redu</w:t>
      </w:r>
      <w:r w:rsidRPr="00CD7A49">
        <w:rPr>
          <w:rFonts w:ascii="Times New Roman" w:hAnsi="Times New Roman"/>
          <w:sz w:val="24"/>
          <w:szCs w:val="24"/>
        </w:rPr>
        <w:t xml:space="preserve"> O</w:t>
      </w:r>
      <w:r>
        <w:rPr>
          <w:rFonts w:ascii="Times New Roman" w:hAnsi="Times New Roman"/>
          <w:sz w:val="24"/>
          <w:szCs w:val="24"/>
        </w:rPr>
        <w:t>Š Cvjetno naselje</w:t>
      </w:r>
    </w:p>
    <w:p w14:paraId="05BDFC2C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b/>
          <w:bCs/>
          <w:sz w:val="24"/>
          <w:szCs w:val="24"/>
        </w:rPr>
        <w:t>Nositelj izrade akta:</w:t>
      </w:r>
      <w:r w:rsidRPr="00CD7A49">
        <w:rPr>
          <w:rFonts w:ascii="Times New Roman" w:hAnsi="Times New Roman"/>
          <w:b/>
          <w:sz w:val="24"/>
          <w:szCs w:val="24"/>
        </w:rPr>
        <w:t xml:space="preserve"> </w:t>
      </w:r>
      <w:r w:rsidRPr="00CD7A49">
        <w:rPr>
          <w:rFonts w:ascii="Times New Roman" w:hAnsi="Times New Roman"/>
          <w:sz w:val="24"/>
          <w:szCs w:val="24"/>
        </w:rPr>
        <w:t xml:space="preserve">Osnovna škola </w:t>
      </w:r>
      <w:r>
        <w:rPr>
          <w:rFonts w:ascii="Times New Roman" w:hAnsi="Times New Roman"/>
          <w:sz w:val="24"/>
          <w:szCs w:val="24"/>
        </w:rPr>
        <w:t>Cvjetno naselje</w:t>
      </w:r>
    </w:p>
    <w:p w14:paraId="647FC673" w14:textId="58B79843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b/>
          <w:bCs/>
          <w:sz w:val="24"/>
          <w:szCs w:val="24"/>
        </w:rPr>
        <w:t>Razdoblje savjetovanja:</w:t>
      </w:r>
      <w:r w:rsidRPr="00CD7A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15. listopada – 13. studenoga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A49">
        <w:rPr>
          <w:rFonts w:ascii="Times New Roman" w:hAnsi="Times New Roman"/>
          <w:sz w:val="24"/>
          <w:szCs w:val="24"/>
        </w:rPr>
        <w:t>2026.</w:t>
      </w:r>
    </w:p>
    <w:p w14:paraId="14ED18E6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</w:p>
    <w:p w14:paraId="66E0F157" w14:textId="77777777" w:rsidR="00CB09F5" w:rsidRPr="00CD7A49" w:rsidRDefault="00CB09F5" w:rsidP="00CB09F5">
      <w:pPr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2. PODACI O SUDIONIKU SAVJETOVANJA</w:t>
      </w:r>
    </w:p>
    <w:p w14:paraId="5E9782E0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 xml:space="preserve">Ime i prezime / naziv pravne osobe: </w:t>
      </w:r>
    </w:p>
    <w:p w14:paraId="7584B745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7F77C17B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Kontakt (e-mail ili adresa):</w:t>
      </w:r>
    </w:p>
    <w:p w14:paraId="30468FC9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1E06CE7D" w14:textId="77777777" w:rsidR="00CB09F5" w:rsidRPr="00CD7A49" w:rsidRDefault="00CB09F5" w:rsidP="00CB09F5">
      <w:pPr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(navedite barem jedan kontakt podatak)</w:t>
      </w:r>
    </w:p>
    <w:p w14:paraId="062C5B4B" w14:textId="77777777" w:rsidR="00CB09F5" w:rsidRPr="00CD7A49" w:rsidRDefault="00CB09F5" w:rsidP="00CB09F5">
      <w:pPr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3. NAČELNI KOMENTARI NA NACRT AKTA</w:t>
      </w:r>
    </w:p>
    <w:p w14:paraId="6EB70377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(opći prijedlozi i mišljenja koja se odnose na nacrt u cjelini)</w:t>
      </w:r>
    </w:p>
    <w:p w14:paraId="7E0CE769" w14:textId="77777777" w:rsidR="00CB09F5" w:rsidRPr="00CD7A49" w:rsidRDefault="00CB09F5" w:rsidP="00CB09F5">
      <w:pPr>
        <w:jc w:val="both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501698A9" w14:textId="77777777" w:rsidR="00CB09F5" w:rsidRPr="00CD7A49" w:rsidRDefault="00CB09F5" w:rsidP="00CB09F5">
      <w:pPr>
        <w:jc w:val="both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 w14:paraId="0DEB6C6E" w14:textId="77777777" w:rsidR="00CB09F5" w:rsidRPr="00CD7A49" w:rsidRDefault="00CB09F5" w:rsidP="00CB09F5">
      <w:pPr>
        <w:jc w:val="both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1BAB740E" w14:textId="77777777" w:rsidR="00CB09F5" w:rsidRPr="00CD7A49" w:rsidRDefault="00CB09F5" w:rsidP="00CB09F5">
      <w:pPr>
        <w:jc w:val="both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 w14:paraId="1B900A7D" w14:textId="77777777" w:rsidR="00CB09F5" w:rsidRPr="00CD7A49" w:rsidRDefault="00CB09F5" w:rsidP="00CB09F5">
      <w:pPr>
        <w:jc w:val="both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7FEF293C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 xml:space="preserve">4. PRIMJEDBE I PRIJEDLOZI NA POJEDINE ODREDBE  </w:t>
      </w:r>
      <w:r w:rsidRPr="00CD7A49">
        <w:rPr>
          <w:rFonts w:ascii="Times New Roman" w:hAnsi="Times New Roman"/>
          <w:sz w:val="24"/>
          <w:szCs w:val="24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830"/>
        <w:gridCol w:w="1853"/>
        <w:gridCol w:w="2255"/>
        <w:gridCol w:w="2379"/>
        <w:gridCol w:w="2182"/>
      </w:tblGrid>
      <w:tr w:rsidR="00CB09F5" w:rsidRPr="00CD7A49" w14:paraId="59CBE7FB" w14:textId="77777777" w:rsidTr="00970BED">
        <w:trPr>
          <w:trHeight w:val="544"/>
        </w:trPr>
        <w:tc>
          <w:tcPr>
            <w:tcW w:w="672" w:type="dxa"/>
            <w:vAlign w:val="center"/>
          </w:tcPr>
          <w:p w14:paraId="150DDC1C" w14:textId="77777777" w:rsidR="00CB09F5" w:rsidRPr="00CD7A49" w:rsidRDefault="00CB09F5" w:rsidP="00970BE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1892" w:type="dxa"/>
            <w:vAlign w:val="center"/>
          </w:tcPr>
          <w:p w14:paraId="4FC1D4A5" w14:textId="77777777" w:rsidR="00CB09F5" w:rsidRPr="00CD7A49" w:rsidRDefault="00CB09F5" w:rsidP="00970BE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bCs/>
                <w:sz w:val="24"/>
                <w:szCs w:val="24"/>
              </w:rPr>
              <w:t>Članak / dio nacrta</w:t>
            </w:r>
          </w:p>
        </w:tc>
        <w:tc>
          <w:tcPr>
            <w:tcW w:w="2297" w:type="dxa"/>
            <w:vAlign w:val="center"/>
          </w:tcPr>
          <w:p w14:paraId="5A0799CD" w14:textId="77777777" w:rsidR="00CB09F5" w:rsidRPr="00CD7A49" w:rsidRDefault="00CB09F5" w:rsidP="00970BE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bCs/>
                <w:sz w:val="24"/>
                <w:szCs w:val="24"/>
              </w:rPr>
              <w:t>Komentar</w:t>
            </w:r>
          </w:p>
        </w:tc>
        <w:tc>
          <w:tcPr>
            <w:tcW w:w="2431" w:type="dxa"/>
            <w:vAlign w:val="center"/>
          </w:tcPr>
          <w:p w14:paraId="70A441D5" w14:textId="77777777" w:rsidR="00CB09F5" w:rsidRPr="00CD7A49" w:rsidRDefault="00CB09F5" w:rsidP="00970BE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bCs/>
                <w:sz w:val="24"/>
                <w:szCs w:val="24"/>
              </w:rPr>
              <w:t>Prijedlog izmjene</w:t>
            </w:r>
          </w:p>
        </w:tc>
        <w:tc>
          <w:tcPr>
            <w:tcW w:w="2207" w:type="dxa"/>
            <w:vAlign w:val="center"/>
          </w:tcPr>
          <w:p w14:paraId="687E8BF3" w14:textId="77777777" w:rsidR="00CB09F5" w:rsidRPr="00CD7A49" w:rsidRDefault="00CB09F5" w:rsidP="00970BE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bCs/>
                <w:sz w:val="24"/>
                <w:szCs w:val="24"/>
              </w:rPr>
              <w:t>Obrazloženje</w:t>
            </w:r>
          </w:p>
        </w:tc>
      </w:tr>
      <w:tr w:rsidR="00CB09F5" w:rsidRPr="00CD7A49" w14:paraId="3EA17E59" w14:textId="77777777" w:rsidTr="00970BED">
        <w:trPr>
          <w:trHeight w:val="1380"/>
        </w:trPr>
        <w:tc>
          <w:tcPr>
            <w:tcW w:w="672" w:type="dxa"/>
          </w:tcPr>
          <w:p w14:paraId="7E8F67F0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9367A2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892" w:type="dxa"/>
          </w:tcPr>
          <w:p w14:paraId="57FB9F05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B10759B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717C9FA3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55051272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09F5" w:rsidRPr="00CD7A49" w14:paraId="4B441D82" w14:textId="77777777" w:rsidTr="00970BED">
        <w:trPr>
          <w:trHeight w:val="1343"/>
        </w:trPr>
        <w:tc>
          <w:tcPr>
            <w:tcW w:w="672" w:type="dxa"/>
          </w:tcPr>
          <w:p w14:paraId="5478FB7D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54DE79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892" w:type="dxa"/>
          </w:tcPr>
          <w:p w14:paraId="12E7AFA9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5D4AA8DB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143CB7D2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7864BA18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09F5" w:rsidRPr="00CD7A49" w14:paraId="55D09D87" w14:textId="77777777" w:rsidTr="00970BED">
        <w:trPr>
          <w:trHeight w:val="1380"/>
        </w:trPr>
        <w:tc>
          <w:tcPr>
            <w:tcW w:w="672" w:type="dxa"/>
          </w:tcPr>
          <w:p w14:paraId="0F2CE88F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E271BE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892" w:type="dxa"/>
          </w:tcPr>
          <w:p w14:paraId="32325DEA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5149B652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13E4393D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35749DA5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09F5" w:rsidRPr="00CD7A49" w14:paraId="1F0B830C" w14:textId="77777777" w:rsidTr="00970BED">
        <w:trPr>
          <w:trHeight w:val="1343"/>
        </w:trPr>
        <w:tc>
          <w:tcPr>
            <w:tcW w:w="672" w:type="dxa"/>
          </w:tcPr>
          <w:p w14:paraId="3F383509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5770CF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7A4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892" w:type="dxa"/>
          </w:tcPr>
          <w:p w14:paraId="378FAD89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1E012FAC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2E8E973A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F4C5953" w14:textId="77777777" w:rsidR="00CB09F5" w:rsidRPr="00CD7A49" w:rsidRDefault="00CB09F5" w:rsidP="00970B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7AF1830" w14:textId="77777777" w:rsidR="00CB09F5" w:rsidRPr="00CD7A49" w:rsidRDefault="00CB09F5" w:rsidP="00CB09F5">
      <w:pPr>
        <w:rPr>
          <w:rFonts w:ascii="Times New Roman" w:hAnsi="Times New Roman"/>
          <w:b/>
          <w:sz w:val="24"/>
          <w:szCs w:val="24"/>
        </w:rPr>
      </w:pPr>
    </w:p>
    <w:p w14:paraId="333F9F16" w14:textId="77777777" w:rsidR="00CB09F5" w:rsidRPr="00CD7A49" w:rsidRDefault="00CB09F5" w:rsidP="00CB09F5">
      <w:pPr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5. DATUM DOSTAVE</w:t>
      </w:r>
    </w:p>
    <w:p w14:paraId="2AC6EAEE" w14:textId="77777777" w:rsidR="00CB09F5" w:rsidRPr="00CD7A49" w:rsidRDefault="00CB09F5" w:rsidP="00CB09F5">
      <w:pPr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Datum: ________________________________________</w:t>
      </w:r>
    </w:p>
    <w:p w14:paraId="2C2F816E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NAPOMENA:</w:t>
      </w:r>
    </w:p>
    <w:p w14:paraId="3585320D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1DDF570" w14:textId="77777777" w:rsidR="00CB09F5" w:rsidRPr="00CD7A49" w:rsidRDefault="00CB09F5" w:rsidP="00CB09F5">
      <w:pPr>
        <w:pStyle w:val="Odlomakpopisa"/>
        <w:numPr>
          <w:ilvl w:val="0"/>
          <w:numId w:val="1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Prijedlozi i primjedbe zaprimljeni nakon isteka roka za savjetovanje neće se razmatrati.</w:t>
      </w:r>
    </w:p>
    <w:p w14:paraId="4B1DA5ED" w14:textId="77777777" w:rsidR="00CB09F5" w:rsidRPr="00CD7A49" w:rsidRDefault="00CB09F5" w:rsidP="00CB09F5">
      <w:pPr>
        <w:pStyle w:val="Odlomakpopisa"/>
        <w:numPr>
          <w:ilvl w:val="0"/>
          <w:numId w:val="1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Svi zaprimljeni prijedlozi i primjedbe bit će razmotreni te će o njima biti sastavljeno izvješće o provedenom savjetovanju, koje će se objaviti na mrežnoj stranici Škole.</w:t>
      </w:r>
    </w:p>
    <w:p w14:paraId="4B733F93" w14:textId="77777777" w:rsidR="00CB09F5" w:rsidRPr="00CD7A49" w:rsidRDefault="00CB09F5" w:rsidP="00CB09F5">
      <w:pPr>
        <w:pStyle w:val="Odlomakpopisa"/>
        <w:numPr>
          <w:ilvl w:val="0"/>
          <w:numId w:val="1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Osobni podaci obrađuju se isključivo u svrhu provedbe savjetovanja s javnošću.</w:t>
      </w:r>
    </w:p>
    <w:p w14:paraId="1F5AD960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B51EBB9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NAČIN DOSTAVE:</w:t>
      </w:r>
    </w:p>
    <w:p w14:paraId="10CD0CB9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6DDA11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  <w:r w:rsidRPr="00CD7A49">
        <w:rPr>
          <w:rFonts w:ascii="Times New Roman" w:hAnsi="Times New Roman"/>
          <w:b/>
          <w:sz w:val="24"/>
          <w:szCs w:val="24"/>
        </w:rPr>
        <w:t>Popunjeni obrazac dostavlja se:</w:t>
      </w:r>
    </w:p>
    <w:p w14:paraId="0253953F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9147E9" w14:textId="77777777" w:rsidR="00CB09F5" w:rsidRPr="00CD7A49" w:rsidRDefault="00CB09F5" w:rsidP="00CB09F5">
      <w:pPr>
        <w:pStyle w:val="Odlomakpopisa"/>
        <w:numPr>
          <w:ilvl w:val="0"/>
          <w:numId w:val="1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 xml:space="preserve">elektroničkom poštom: </w:t>
      </w:r>
      <w:hyperlink r:id="rId8" w:history="1">
        <w:r w:rsidRPr="00546E3D">
          <w:rPr>
            <w:rStyle w:val="Hiperveza"/>
            <w:rFonts w:ascii="Times New Roman" w:hAnsi="Times New Roman"/>
            <w:sz w:val="24"/>
            <w:szCs w:val="24"/>
          </w:rPr>
          <w:t>oscvjetnonaselje@os-cvjetno-naselje-zg.skole.hr</w:t>
        </w:r>
      </w:hyperlink>
    </w:p>
    <w:p w14:paraId="6F808E0F" w14:textId="77777777" w:rsidR="00CB09F5" w:rsidRPr="00CD7A49" w:rsidRDefault="00CB09F5" w:rsidP="00CB09F5">
      <w:pPr>
        <w:pStyle w:val="Odlomakpopisa"/>
        <w:numPr>
          <w:ilvl w:val="0"/>
          <w:numId w:val="1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CD7A49">
        <w:rPr>
          <w:rFonts w:ascii="Times New Roman" w:hAnsi="Times New Roman"/>
          <w:sz w:val="24"/>
          <w:szCs w:val="24"/>
        </w:rPr>
        <w:t>osobno u sjedište Škole</w:t>
      </w:r>
      <w:r>
        <w:rPr>
          <w:rFonts w:ascii="Times New Roman" w:hAnsi="Times New Roman"/>
          <w:sz w:val="24"/>
          <w:szCs w:val="24"/>
        </w:rPr>
        <w:t xml:space="preserve"> na adresi: Cvjetna cesta 17, Zagreb</w:t>
      </w:r>
    </w:p>
    <w:p w14:paraId="31D6D32E" w14:textId="77777777" w:rsidR="00CB09F5" w:rsidRPr="00CD7A49" w:rsidRDefault="00CB09F5" w:rsidP="00CB09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705DC3" w14:textId="77777777" w:rsidR="00CB09F5" w:rsidRPr="00CD7A49" w:rsidRDefault="00CB09F5" w:rsidP="00CB09F5">
      <w:pPr>
        <w:rPr>
          <w:rFonts w:ascii="Times New Roman" w:hAnsi="Times New Roman"/>
          <w:sz w:val="24"/>
          <w:szCs w:val="24"/>
        </w:rPr>
      </w:pPr>
    </w:p>
    <w:p w14:paraId="6E9CB3E8" w14:textId="399B5397" w:rsidR="00D14B5C" w:rsidRPr="00CB09F5" w:rsidRDefault="00D14B5C" w:rsidP="00CB09F5">
      <w:pPr>
        <w:rPr>
          <w:rFonts w:hint="eastAsia"/>
        </w:rPr>
      </w:pPr>
    </w:p>
    <w:sectPr w:rsidR="00D14B5C" w:rsidRPr="00CB09F5" w:rsidSect="00034616">
      <w:headerReference w:type="default" r:id="rId9"/>
      <w:footerReference w:type="default" r:id="rId10"/>
      <w:pgSz w:w="11906" w:h="16838"/>
      <w:pgMar w:top="1134" w:right="1276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778E2" w14:textId="77777777" w:rsidR="00197880" w:rsidRDefault="0019788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27D7E02" w14:textId="77777777" w:rsidR="00197880" w:rsidRDefault="0019788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FD57" w14:textId="77777777" w:rsidR="00D14B5C" w:rsidRDefault="00197880">
    <w:pPr>
      <w:pStyle w:val="Opisslike"/>
      <w:jc w:val="right"/>
      <w:rPr>
        <w:rFonts w:hint="eastAsia"/>
      </w:rPr>
    </w:pPr>
    <w:r>
      <w:t xml:space="preserve">OŠ Cvjetno naselje  |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CF42FB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C753D" w14:textId="77777777" w:rsidR="00197880" w:rsidRDefault="0019788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990C4DC" w14:textId="77777777" w:rsidR="00197880" w:rsidRDefault="0019788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2CAC" w14:textId="77777777" w:rsidR="00D14B5C" w:rsidRDefault="00197880">
    <w:pPr>
      <w:pStyle w:val="Opisslike"/>
      <w:jc w:val="right"/>
      <w:rPr>
        <w:rFonts w:hint="eastAsia"/>
      </w:rPr>
    </w:pPr>
    <w:r>
      <w:rPr>
        <w:color w:val="505B66"/>
        <w:sz w:val="16"/>
      </w:rPr>
      <w:t>OŠ CVJETNO NASELJE  •  OBRAZAC ZA JAVNOST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6F4133"/>
    <w:multiLevelType w:val="multilevel"/>
    <w:tmpl w:val="306F41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90453"/>
    <w:multiLevelType w:val="multilevel"/>
    <w:tmpl w:val="3FE904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880"/>
    <w:rsid w:val="0029639D"/>
    <w:rsid w:val="00326F90"/>
    <w:rsid w:val="00AA1D8D"/>
    <w:rsid w:val="00B47730"/>
    <w:rsid w:val="00CB0664"/>
    <w:rsid w:val="00CB09F5"/>
    <w:rsid w:val="00CF42FB"/>
    <w:rsid w:val="00D14B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84511"/>
  <w14:defaultImageDpi w14:val="300"/>
  <w15:docId w15:val="{4123EA57-639F-4493-97AA-531655EB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20272D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92C42"/>
      <w:sz w:val="23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192C4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before="220" w:line="240" w:lineRule="auto"/>
      <w:contextualSpacing/>
    </w:pPr>
    <w:rPr>
      <w:rFonts w:asciiTheme="majorHAnsi" w:eastAsiaTheme="majorEastAsia" w:hAnsiTheme="majorHAnsi" w:cstheme="majorBidi"/>
      <w:b/>
      <w:color w:val="192C42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qFormat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uiPriority w:val="99"/>
    <w:unhideWhenUsed/>
    <w:qFormat/>
    <w:rsid w:val="00CB09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cvjetnonaselje@os-cvjetno-naselje-zg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skola</cp:lastModifiedBy>
  <cp:revision>2</cp:revision>
  <dcterms:created xsi:type="dcterms:W3CDTF">2013-12-23T23:15:00Z</dcterms:created>
  <dcterms:modified xsi:type="dcterms:W3CDTF">2026-10-15T06:29:00Z</dcterms:modified>
  <cp:category/>
</cp:coreProperties>
</file>